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6BA97" w14:textId="77777777" w:rsidR="00591532" w:rsidRDefault="00E31EF7">
      <w:pPr>
        <w:rPr>
          <w:lang w:eastAsia="ko-KR"/>
        </w:rPr>
      </w:pPr>
      <w:r>
        <w:rPr>
          <w:b/>
          <w:sz w:val="20"/>
          <w:lang w:eastAsia="ko-KR"/>
        </w:rPr>
        <w:t>문아트그라운드 뮤지엄</w:t>
      </w:r>
    </w:p>
    <w:p w14:paraId="54C13993" w14:textId="77777777" w:rsidR="00591532" w:rsidRDefault="00E31EF7">
      <w:pPr>
        <w:pStyle w:val="Title"/>
        <w:spacing w:after="140" w:line="500" w:lineRule="exact"/>
        <w:rPr>
          <w:lang w:eastAsia="ko-KR"/>
        </w:rPr>
      </w:pPr>
      <w:r>
        <w:rPr>
          <w:szCs w:val="40"/>
          <w:lang w:eastAsia="ko-KR"/>
        </w:rPr>
        <w:t>학예사</w:t>
      </w:r>
      <w:r>
        <w:rPr>
          <w:szCs w:val="40"/>
          <w:lang w:eastAsia="ko-KR"/>
        </w:rPr>
        <w:t xml:space="preserve"> </w:t>
      </w:r>
      <w:r>
        <w:rPr>
          <w:szCs w:val="40"/>
          <w:lang w:eastAsia="ko-KR"/>
        </w:rPr>
        <w:t>채용</w:t>
      </w:r>
      <w:r>
        <w:rPr>
          <w:szCs w:val="40"/>
          <w:lang w:eastAsia="ko-KR"/>
        </w:rPr>
        <w:t xml:space="preserve"> </w:t>
      </w:r>
      <w:r>
        <w:rPr>
          <w:szCs w:val="40"/>
          <w:lang w:eastAsia="ko-KR"/>
        </w:rPr>
        <w:t>지원서</w:t>
      </w:r>
    </w:p>
    <w:p w14:paraId="13CAAD06" w14:textId="77777777" w:rsidR="00591532" w:rsidRDefault="00E31EF7">
      <w:pPr>
        <w:pStyle w:val="Subtitle"/>
        <w:spacing w:line="280" w:lineRule="exact"/>
        <w:rPr>
          <w:lang w:eastAsia="ko-KR"/>
        </w:rPr>
      </w:pPr>
      <w:r>
        <w:rPr>
          <w:lang w:eastAsia="ko-KR"/>
        </w:rPr>
        <w:t>2027</w:t>
      </w:r>
      <w:r>
        <w:rPr>
          <w:lang w:eastAsia="ko-KR"/>
        </w:rPr>
        <w:t>년</w:t>
      </w:r>
      <w:r>
        <w:rPr>
          <w:lang w:eastAsia="ko-KR"/>
        </w:rPr>
        <w:t xml:space="preserve"> </w:t>
      </w:r>
      <w:r>
        <w:rPr>
          <w:lang w:eastAsia="ko-KR"/>
        </w:rPr>
        <w:t>근무</w:t>
      </w:r>
      <w:r>
        <w:rPr>
          <w:lang w:eastAsia="ko-KR"/>
        </w:rPr>
        <w:t xml:space="preserve"> </w:t>
      </w:r>
      <w:r>
        <w:rPr>
          <w:lang w:eastAsia="ko-KR"/>
        </w:rPr>
        <w:t>학예사</w:t>
      </w:r>
      <w:r>
        <w:rPr>
          <w:lang w:eastAsia="ko-KR"/>
        </w:rPr>
        <w:t xml:space="preserve"> </w:t>
      </w:r>
      <w:r>
        <w:rPr>
          <w:lang w:eastAsia="ko-KR"/>
        </w:rPr>
        <w:t>채용</w:t>
      </w:r>
      <w:r>
        <w:rPr>
          <w:lang w:eastAsia="ko-KR"/>
        </w:rPr>
        <w:t xml:space="preserve">  ·  </w:t>
      </w:r>
      <w:r>
        <w:rPr>
          <w:lang w:eastAsia="ko-KR"/>
        </w:rPr>
        <w:t>지원서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자기소개서와</w:t>
      </w:r>
      <w:r>
        <w:rPr>
          <w:lang w:eastAsia="ko-KR"/>
        </w:rPr>
        <w:t xml:space="preserve"> </w:t>
      </w:r>
      <w:r>
        <w:rPr>
          <w:lang w:eastAsia="ko-KR"/>
        </w:rPr>
        <w:t>개인정보</w:t>
      </w:r>
      <w:r>
        <w:rPr>
          <w:lang w:eastAsia="ko-KR"/>
        </w:rPr>
        <w:t xml:space="preserve"> </w:t>
      </w:r>
      <w:r>
        <w:rPr>
          <w:lang w:eastAsia="ko-KR"/>
        </w:rPr>
        <w:t>동의서</w:t>
      </w:r>
    </w:p>
    <w:p w14:paraId="615C72E1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해당 항목에 표시하고 빈칸에 직접 작성해 주세요. 경력과 학력은 최근 순으로 작성하며, 필요한 경우 행을 추가할 수 있습니다. 해당 사항이 없으면 “해당 없음”으로 기재해 주세요.</w:t>
      </w:r>
    </w:p>
    <w:p w14:paraId="32B00851" w14:textId="77777777" w:rsidR="00591532" w:rsidRDefault="00E31EF7">
      <w:pPr>
        <w:pStyle w:val="Heading2"/>
        <w:spacing w:after="60" w:line="300" w:lineRule="exact"/>
      </w:pPr>
      <w:r>
        <w:t xml:space="preserve">1 </w:t>
      </w:r>
      <w:r>
        <w:t>기본</w:t>
      </w:r>
      <w:r>
        <w:t xml:space="preserve"> </w:t>
      </w:r>
      <w:r>
        <w:t>정보</w:t>
      </w:r>
    </w:p>
    <w:tbl>
      <w:tblPr>
        <w:tblW w:w="9638" w:type="dxa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1734"/>
        <w:gridCol w:w="7904"/>
      </w:tblGrid>
      <w:tr w:rsidR="00591532" w14:paraId="4BD207F6" w14:textId="77777777">
        <w:trPr>
          <w:cantSplit/>
          <w:trHeight w:val="440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263BD874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성명</w:t>
            </w:r>
          </w:p>
        </w:tc>
        <w:tc>
          <w:tcPr>
            <w:tcW w:w="7904" w:type="dxa"/>
            <w:vAlign w:val="center"/>
          </w:tcPr>
          <w:p w14:paraId="60EBA97D" w14:textId="77777777" w:rsidR="00591532" w:rsidRDefault="00591532">
            <w:pPr>
              <w:spacing w:after="0" w:line="260" w:lineRule="exact"/>
            </w:pPr>
          </w:p>
        </w:tc>
      </w:tr>
      <w:tr w:rsidR="00591532" w14:paraId="7B1673F4" w14:textId="77777777">
        <w:trPr>
          <w:cantSplit/>
          <w:trHeight w:val="440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53884341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휴대전화</w:t>
            </w:r>
          </w:p>
        </w:tc>
        <w:tc>
          <w:tcPr>
            <w:tcW w:w="7904" w:type="dxa"/>
            <w:vAlign w:val="center"/>
          </w:tcPr>
          <w:p w14:paraId="2D88FB1E" w14:textId="77777777" w:rsidR="00591532" w:rsidRDefault="00591532">
            <w:pPr>
              <w:spacing w:after="0" w:line="260" w:lineRule="exact"/>
            </w:pPr>
          </w:p>
        </w:tc>
      </w:tr>
      <w:tr w:rsidR="00591532" w14:paraId="2DC39481" w14:textId="77777777">
        <w:trPr>
          <w:cantSplit/>
          <w:trHeight w:val="440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276B517A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이메일</w:t>
            </w:r>
          </w:p>
        </w:tc>
        <w:tc>
          <w:tcPr>
            <w:tcW w:w="7904" w:type="dxa"/>
            <w:vAlign w:val="center"/>
          </w:tcPr>
          <w:p w14:paraId="5B217648" w14:textId="77777777" w:rsidR="00591532" w:rsidRDefault="00591532">
            <w:pPr>
              <w:spacing w:after="0" w:line="260" w:lineRule="exact"/>
            </w:pPr>
          </w:p>
        </w:tc>
      </w:tr>
    </w:tbl>
    <w:p w14:paraId="4324E55D" w14:textId="77777777" w:rsidR="00591532" w:rsidRDefault="00E31EF7">
      <w:pPr>
        <w:pStyle w:val="Heading2"/>
        <w:spacing w:after="60" w:line="300" w:lineRule="exact"/>
      </w:pPr>
      <w:r>
        <w:t xml:space="preserve">2 </w:t>
      </w:r>
      <w:r>
        <w:t>학예사</w:t>
      </w:r>
      <w:r>
        <w:t xml:space="preserve"> </w:t>
      </w:r>
      <w:r>
        <w:t>자격</w:t>
      </w:r>
    </w:p>
    <w:tbl>
      <w:tblPr>
        <w:tblW w:w="9638" w:type="dxa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1734"/>
        <w:gridCol w:w="7904"/>
      </w:tblGrid>
      <w:tr w:rsidR="00591532" w14:paraId="32CED519" w14:textId="77777777">
        <w:trPr>
          <w:cantSplit/>
          <w:trHeight w:val="440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79800C14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보유 자격</w:t>
            </w:r>
          </w:p>
        </w:tc>
        <w:tc>
          <w:tcPr>
            <w:tcW w:w="7904" w:type="dxa"/>
            <w:vAlign w:val="center"/>
          </w:tcPr>
          <w:p w14:paraId="405C5FAA" w14:textId="77777777" w:rsidR="00591532" w:rsidRDefault="00E31EF7">
            <w:pPr>
              <w:spacing w:after="0" w:line="260" w:lineRule="exact"/>
              <w:rPr>
                <w:lang w:eastAsia="ko-KR"/>
              </w:rPr>
            </w:pPr>
            <w:r>
              <w:rPr>
                <w:sz w:val="19"/>
                <w:lang w:eastAsia="ko-KR"/>
              </w:rPr>
              <w:t>□ 준학예사     □ 정학예사 3급     □ 정학예사 2급     □ 정학예사 1급</w:t>
            </w:r>
          </w:p>
        </w:tc>
      </w:tr>
      <w:tr w:rsidR="00591532" w14:paraId="3603B089" w14:textId="77777777">
        <w:trPr>
          <w:cantSplit/>
          <w:trHeight w:val="440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43D1FFD7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자격증 번호</w:t>
            </w:r>
          </w:p>
        </w:tc>
        <w:tc>
          <w:tcPr>
            <w:tcW w:w="7904" w:type="dxa"/>
            <w:vAlign w:val="center"/>
          </w:tcPr>
          <w:p w14:paraId="6A50BA30" w14:textId="77777777" w:rsidR="00591532" w:rsidRDefault="00591532">
            <w:pPr>
              <w:spacing w:after="0" w:line="260" w:lineRule="exact"/>
            </w:pPr>
          </w:p>
        </w:tc>
      </w:tr>
      <w:tr w:rsidR="00591532" w14:paraId="7C404A18" w14:textId="77777777">
        <w:trPr>
          <w:cantSplit/>
          <w:trHeight w:val="440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46983D3A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취득 정보</w:t>
            </w:r>
          </w:p>
        </w:tc>
        <w:tc>
          <w:tcPr>
            <w:tcW w:w="7904" w:type="dxa"/>
            <w:vAlign w:val="center"/>
          </w:tcPr>
          <w:p w14:paraId="5971C285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취득일:                          발급기관:</w:t>
            </w:r>
          </w:p>
        </w:tc>
      </w:tr>
    </w:tbl>
    <w:p w14:paraId="49677C7F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채용공고에 따른 필수 자격입니다. 정학예사 또는 준학예사 자격증 사본을 함께 제출해 주세요.</w:t>
      </w:r>
    </w:p>
    <w:p w14:paraId="221FDEB1" w14:textId="77777777" w:rsidR="00591532" w:rsidRDefault="00E31EF7">
      <w:pPr>
        <w:pStyle w:val="Heading2"/>
        <w:spacing w:after="60" w:line="300" w:lineRule="exact"/>
      </w:pPr>
      <w:r>
        <w:t xml:space="preserve">3 </w:t>
      </w:r>
      <w:r>
        <w:t>학력</w:t>
      </w:r>
      <w:r>
        <w:t xml:space="preserve"> </w:t>
      </w:r>
      <w:r>
        <w:t>사항</w:t>
      </w:r>
    </w:p>
    <w:tbl>
      <w:tblPr>
        <w:tblW w:w="9638" w:type="dxa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384"/>
        <w:gridCol w:w="2221"/>
        <w:gridCol w:w="1354"/>
        <w:gridCol w:w="1463"/>
        <w:gridCol w:w="2216"/>
      </w:tblGrid>
      <w:tr w:rsidR="00591532" w14:paraId="38A54627" w14:textId="77777777">
        <w:trPr>
          <w:cantSplit/>
          <w:tblHeader/>
          <w:jc w:val="center"/>
        </w:trPr>
        <w:tc>
          <w:tcPr>
            <w:tcW w:w="2383" w:type="dxa"/>
            <w:shd w:val="clear" w:color="auto" w:fill="EFEFEF"/>
            <w:vAlign w:val="center"/>
          </w:tcPr>
          <w:p w14:paraId="3BAEFBE0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학교명</w:t>
            </w:r>
          </w:p>
        </w:tc>
        <w:tc>
          <w:tcPr>
            <w:tcW w:w="2221" w:type="dxa"/>
            <w:shd w:val="clear" w:color="auto" w:fill="EFEFEF"/>
            <w:vAlign w:val="center"/>
          </w:tcPr>
          <w:p w14:paraId="43019678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전공</w:t>
            </w:r>
          </w:p>
        </w:tc>
        <w:tc>
          <w:tcPr>
            <w:tcW w:w="1354" w:type="dxa"/>
            <w:shd w:val="clear" w:color="auto" w:fill="EFEFEF"/>
            <w:vAlign w:val="center"/>
          </w:tcPr>
          <w:p w14:paraId="2EF6481F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학위</w:t>
            </w:r>
          </w:p>
        </w:tc>
        <w:tc>
          <w:tcPr>
            <w:tcW w:w="1463" w:type="dxa"/>
            <w:shd w:val="clear" w:color="auto" w:fill="EFEFEF"/>
            <w:vAlign w:val="center"/>
          </w:tcPr>
          <w:p w14:paraId="39398E86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졸업 여부</w:t>
            </w:r>
          </w:p>
        </w:tc>
        <w:tc>
          <w:tcPr>
            <w:tcW w:w="2216" w:type="dxa"/>
            <w:shd w:val="clear" w:color="auto" w:fill="EFEFEF"/>
            <w:vAlign w:val="center"/>
          </w:tcPr>
          <w:p w14:paraId="701D8C89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취득 또는 예정일</w:t>
            </w:r>
          </w:p>
        </w:tc>
      </w:tr>
      <w:tr w:rsidR="00591532" w14:paraId="4DFB0B09" w14:textId="77777777">
        <w:trPr>
          <w:cantSplit/>
          <w:trHeight w:val="490"/>
          <w:jc w:val="center"/>
        </w:trPr>
        <w:tc>
          <w:tcPr>
            <w:tcW w:w="2383" w:type="dxa"/>
            <w:vAlign w:val="center"/>
          </w:tcPr>
          <w:p w14:paraId="37810CAD" w14:textId="77777777" w:rsidR="00591532" w:rsidRDefault="00591532">
            <w:pPr>
              <w:spacing w:after="0" w:line="260" w:lineRule="exact"/>
            </w:pPr>
          </w:p>
        </w:tc>
        <w:tc>
          <w:tcPr>
            <w:tcW w:w="2221" w:type="dxa"/>
            <w:vAlign w:val="center"/>
          </w:tcPr>
          <w:p w14:paraId="6CD01FC3" w14:textId="77777777" w:rsidR="00591532" w:rsidRDefault="00591532">
            <w:pPr>
              <w:spacing w:after="0" w:line="260" w:lineRule="exact"/>
            </w:pPr>
          </w:p>
        </w:tc>
        <w:tc>
          <w:tcPr>
            <w:tcW w:w="1354" w:type="dxa"/>
            <w:vAlign w:val="center"/>
          </w:tcPr>
          <w:p w14:paraId="075F70A8" w14:textId="77777777" w:rsidR="00591532" w:rsidRDefault="00591532">
            <w:pPr>
              <w:spacing w:after="0" w:line="260" w:lineRule="exact"/>
            </w:pPr>
          </w:p>
        </w:tc>
        <w:tc>
          <w:tcPr>
            <w:tcW w:w="1463" w:type="dxa"/>
            <w:vAlign w:val="center"/>
          </w:tcPr>
          <w:p w14:paraId="73719766" w14:textId="77777777" w:rsidR="00591532" w:rsidRDefault="00591532">
            <w:pPr>
              <w:spacing w:after="0" w:line="260" w:lineRule="exact"/>
            </w:pPr>
          </w:p>
        </w:tc>
        <w:tc>
          <w:tcPr>
            <w:tcW w:w="2216" w:type="dxa"/>
            <w:vAlign w:val="center"/>
          </w:tcPr>
          <w:p w14:paraId="67CA1100" w14:textId="77777777" w:rsidR="00591532" w:rsidRDefault="00591532">
            <w:pPr>
              <w:spacing w:after="0" w:line="260" w:lineRule="exact"/>
            </w:pPr>
          </w:p>
        </w:tc>
      </w:tr>
      <w:tr w:rsidR="00591532" w14:paraId="0D226BE5" w14:textId="77777777">
        <w:trPr>
          <w:cantSplit/>
          <w:trHeight w:val="490"/>
          <w:jc w:val="center"/>
        </w:trPr>
        <w:tc>
          <w:tcPr>
            <w:tcW w:w="2383" w:type="dxa"/>
            <w:vAlign w:val="center"/>
          </w:tcPr>
          <w:p w14:paraId="32E33089" w14:textId="77777777" w:rsidR="00591532" w:rsidRDefault="00591532">
            <w:pPr>
              <w:spacing w:after="0" w:line="260" w:lineRule="exact"/>
            </w:pPr>
          </w:p>
        </w:tc>
        <w:tc>
          <w:tcPr>
            <w:tcW w:w="2221" w:type="dxa"/>
            <w:vAlign w:val="center"/>
          </w:tcPr>
          <w:p w14:paraId="50C9D08F" w14:textId="77777777" w:rsidR="00591532" w:rsidRDefault="00591532">
            <w:pPr>
              <w:spacing w:after="0" w:line="260" w:lineRule="exact"/>
            </w:pPr>
          </w:p>
        </w:tc>
        <w:tc>
          <w:tcPr>
            <w:tcW w:w="1354" w:type="dxa"/>
            <w:vAlign w:val="center"/>
          </w:tcPr>
          <w:p w14:paraId="6952E127" w14:textId="77777777" w:rsidR="00591532" w:rsidRDefault="00591532">
            <w:pPr>
              <w:spacing w:after="0" w:line="260" w:lineRule="exact"/>
            </w:pPr>
          </w:p>
        </w:tc>
        <w:tc>
          <w:tcPr>
            <w:tcW w:w="1463" w:type="dxa"/>
            <w:vAlign w:val="center"/>
          </w:tcPr>
          <w:p w14:paraId="2B9481E4" w14:textId="77777777" w:rsidR="00591532" w:rsidRDefault="00591532">
            <w:pPr>
              <w:spacing w:after="0" w:line="260" w:lineRule="exact"/>
            </w:pPr>
          </w:p>
        </w:tc>
        <w:tc>
          <w:tcPr>
            <w:tcW w:w="2216" w:type="dxa"/>
            <w:vAlign w:val="center"/>
          </w:tcPr>
          <w:p w14:paraId="7B47D0CE" w14:textId="77777777" w:rsidR="00591532" w:rsidRDefault="00591532">
            <w:pPr>
              <w:spacing w:after="0" w:line="260" w:lineRule="exact"/>
            </w:pPr>
          </w:p>
        </w:tc>
      </w:tr>
      <w:tr w:rsidR="00591532" w14:paraId="2D98BCB8" w14:textId="77777777">
        <w:trPr>
          <w:cantSplit/>
          <w:trHeight w:val="490"/>
          <w:jc w:val="center"/>
        </w:trPr>
        <w:tc>
          <w:tcPr>
            <w:tcW w:w="2383" w:type="dxa"/>
            <w:vAlign w:val="center"/>
          </w:tcPr>
          <w:p w14:paraId="7C91E9CF" w14:textId="77777777" w:rsidR="00591532" w:rsidRDefault="00591532">
            <w:pPr>
              <w:spacing w:after="0" w:line="260" w:lineRule="exact"/>
            </w:pPr>
          </w:p>
        </w:tc>
        <w:tc>
          <w:tcPr>
            <w:tcW w:w="2221" w:type="dxa"/>
            <w:vAlign w:val="center"/>
          </w:tcPr>
          <w:p w14:paraId="04C39E31" w14:textId="77777777" w:rsidR="00591532" w:rsidRDefault="00591532">
            <w:pPr>
              <w:spacing w:after="0" w:line="260" w:lineRule="exact"/>
            </w:pPr>
          </w:p>
        </w:tc>
        <w:tc>
          <w:tcPr>
            <w:tcW w:w="1354" w:type="dxa"/>
            <w:vAlign w:val="center"/>
          </w:tcPr>
          <w:p w14:paraId="5F98782B" w14:textId="77777777" w:rsidR="00591532" w:rsidRDefault="00591532">
            <w:pPr>
              <w:spacing w:after="0" w:line="260" w:lineRule="exact"/>
            </w:pPr>
          </w:p>
        </w:tc>
        <w:tc>
          <w:tcPr>
            <w:tcW w:w="1463" w:type="dxa"/>
            <w:vAlign w:val="center"/>
          </w:tcPr>
          <w:p w14:paraId="7746F690" w14:textId="77777777" w:rsidR="00591532" w:rsidRDefault="00591532">
            <w:pPr>
              <w:spacing w:after="0" w:line="260" w:lineRule="exact"/>
            </w:pPr>
          </w:p>
        </w:tc>
        <w:tc>
          <w:tcPr>
            <w:tcW w:w="2216" w:type="dxa"/>
            <w:vAlign w:val="center"/>
          </w:tcPr>
          <w:p w14:paraId="786DF68F" w14:textId="77777777" w:rsidR="00591532" w:rsidRDefault="00591532">
            <w:pPr>
              <w:spacing w:after="0" w:line="260" w:lineRule="exact"/>
            </w:pPr>
          </w:p>
        </w:tc>
      </w:tr>
    </w:tbl>
    <w:p w14:paraId="578CA08E" w14:textId="77777777" w:rsidR="00591532" w:rsidRDefault="00E31EF7">
      <w:pPr>
        <w:pStyle w:val="Heading2"/>
        <w:spacing w:after="60" w:line="300" w:lineRule="exact"/>
      </w:pPr>
      <w:r>
        <w:t xml:space="preserve">4 </w:t>
      </w:r>
      <w:r>
        <w:t>근무</w:t>
      </w:r>
      <w:r>
        <w:t xml:space="preserve"> </w:t>
      </w:r>
      <w:r>
        <w:t>가능</w:t>
      </w:r>
      <w:r>
        <w:t xml:space="preserve"> </w:t>
      </w:r>
      <w:r>
        <w:t>여부</w:t>
      </w:r>
    </w:p>
    <w:tbl>
      <w:tblPr>
        <w:tblW w:w="9638" w:type="dxa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1734"/>
        <w:gridCol w:w="7904"/>
      </w:tblGrid>
      <w:tr w:rsidR="00591532" w14:paraId="4275ADBA" w14:textId="77777777">
        <w:trPr>
          <w:cantSplit/>
          <w:trHeight w:val="624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48F84CE4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계약기간 및</w:t>
            </w:r>
            <w:r>
              <w:rPr>
                <w:b/>
                <w:sz w:val="19"/>
              </w:rPr>
              <w:br/>
              <w:t>첫 출근일</w:t>
            </w:r>
          </w:p>
        </w:tc>
        <w:tc>
          <w:tcPr>
            <w:tcW w:w="7904" w:type="dxa"/>
            <w:vAlign w:val="center"/>
          </w:tcPr>
          <w:p w14:paraId="78AA907B" w14:textId="77777777" w:rsidR="00591532" w:rsidRDefault="00E31EF7">
            <w:pPr>
              <w:spacing w:after="0" w:line="260" w:lineRule="exact"/>
              <w:rPr>
                <w:lang w:eastAsia="ko-KR"/>
              </w:rPr>
            </w:pPr>
            <w:r>
              <w:rPr>
                <w:sz w:val="19"/>
                <w:lang w:eastAsia="ko-KR"/>
              </w:rPr>
              <w:t>2027년 1월 1일부터 2027년 12월 31일까지</w:t>
            </w:r>
            <w:r>
              <w:rPr>
                <w:sz w:val="19"/>
                <w:lang w:eastAsia="ko-KR"/>
              </w:rPr>
              <w:br/>
              <w:t>첫 출근일: 2027년 1월 6일 수요일</w:t>
            </w:r>
            <w:r>
              <w:rPr>
                <w:sz w:val="19"/>
                <w:lang w:eastAsia="ko-KR"/>
              </w:rPr>
              <w:br/>
              <w:t>□ 전 기간 근무 가능     □ 협의 필요</w:t>
            </w:r>
          </w:p>
        </w:tc>
      </w:tr>
      <w:tr w:rsidR="00591532" w14:paraId="01FD6363" w14:textId="77777777">
        <w:trPr>
          <w:cantSplit/>
          <w:trHeight w:val="624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379699E7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근무요일 및 시간</w:t>
            </w:r>
          </w:p>
        </w:tc>
        <w:tc>
          <w:tcPr>
            <w:tcW w:w="7904" w:type="dxa"/>
            <w:vAlign w:val="center"/>
          </w:tcPr>
          <w:p w14:paraId="279B0AE3" w14:textId="77777777" w:rsidR="00591532" w:rsidRDefault="00E31EF7">
            <w:pPr>
              <w:spacing w:after="0" w:line="260" w:lineRule="exact"/>
              <w:rPr>
                <w:lang w:eastAsia="ko-KR"/>
              </w:rPr>
            </w:pPr>
            <w:r>
              <w:rPr>
                <w:sz w:val="19"/>
                <w:lang w:eastAsia="ko-KR"/>
              </w:rPr>
              <w:t>수요일부터 일요일까지 주 5일 · 월요일 및 화요일 휴무</w:t>
            </w:r>
            <w:r>
              <w:rPr>
                <w:sz w:val="19"/>
                <w:lang w:eastAsia="ko-KR"/>
              </w:rPr>
              <w:br/>
              <w:t>09:30부터 18:30까지 · 휴게 1시간 제외, 주 40시간</w:t>
            </w:r>
            <w:r>
              <w:rPr>
                <w:sz w:val="19"/>
                <w:lang w:eastAsia="ko-KR"/>
              </w:rPr>
              <w:br/>
              <w:t>□ 근무 가능     □ 협의 필요</w:t>
            </w:r>
          </w:p>
        </w:tc>
      </w:tr>
      <w:tr w:rsidR="00591532" w14:paraId="5B96D5DB" w14:textId="77777777">
        <w:trPr>
          <w:cantSplit/>
          <w:trHeight w:val="624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70DA73ED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협의 필요 사항</w:t>
            </w:r>
          </w:p>
        </w:tc>
        <w:tc>
          <w:tcPr>
            <w:tcW w:w="7904" w:type="dxa"/>
            <w:vAlign w:val="center"/>
          </w:tcPr>
          <w:p w14:paraId="079E3653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근무 시작 가능일 등:</w:t>
            </w:r>
          </w:p>
        </w:tc>
      </w:tr>
    </w:tbl>
    <w:p w14:paraId="44972C3E" w14:textId="77777777" w:rsidR="00591532" w:rsidRDefault="00E31EF7">
      <w:pPr>
        <w:pageBreakBefore/>
        <w:spacing w:after="160" w:line="240" w:lineRule="exact"/>
        <w:rPr>
          <w:lang w:eastAsia="ko-KR"/>
        </w:rPr>
      </w:pPr>
      <w:r>
        <w:rPr>
          <w:sz w:val="18"/>
          <w:lang w:eastAsia="ko-KR"/>
        </w:rPr>
        <w:lastRenderedPageBreak/>
        <w:t>문아트그라운드 뮤지엄  ·  2027년 학예사 채용</w:t>
      </w:r>
    </w:p>
    <w:p w14:paraId="76891FC3" w14:textId="77777777" w:rsidR="00591532" w:rsidRDefault="00E31EF7">
      <w:pPr>
        <w:pStyle w:val="Heading1"/>
        <w:spacing w:after="100" w:line="400" w:lineRule="exact"/>
        <w:rPr>
          <w:lang w:eastAsia="ko-KR"/>
        </w:rPr>
      </w:pPr>
      <w:r>
        <w:rPr>
          <w:lang w:eastAsia="ko-KR"/>
        </w:rPr>
        <w:t>경력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직무</w:t>
      </w:r>
      <w:r>
        <w:rPr>
          <w:lang w:eastAsia="ko-KR"/>
        </w:rPr>
        <w:t xml:space="preserve"> </w:t>
      </w:r>
      <w:r>
        <w:rPr>
          <w:lang w:eastAsia="ko-KR"/>
        </w:rPr>
        <w:t>경험</w:t>
      </w:r>
    </w:p>
    <w:p w14:paraId="0594627F" w14:textId="77777777" w:rsidR="00591532" w:rsidRDefault="00E31EF7">
      <w:pPr>
        <w:spacing w:after="160"/>
        <w:jc w:val="right"/>
        <w:rPr>
          <w:lang w:eastAsia="ko-KR"/>
        </w:rPr>
      </w:pPr>
      <w:r>
        <w:rPr>
          <w:sz w:val="19"/>
          <w:lang w:eastAsia="ko-KR"/>
        </w:rPr>
        <w:t>지원자 성명: ____________________</w:t>
      </w:r>
    </w:p>
    <w:p w14:paraId="28934FEB" w14:textId="77777777" w:rsidR="00591532" w:rsidRDefault="00E31EF7">
      <w:pPr>
        <w:pStyle w:val="Heading2"/>
        <w:spacing w:after="100" w:line="300" w:lineRule="exact"/>
        <w:rPr>
          <w:lang w:eastAsia="ko-KR"/>
        </w:rPr>
      </w:pPr>
      <w:r>
        <w:rPr>
          <w:lang w:eastAsia="ko-KR"/>
        </w:rPr>
        <w:t xml:space="preserve">5 </w:t>
      </w:r>
      <w:r>
        <w:rPr>
          <w:lang w:eastAsia="ko-KR"/>
        </w:rPr>
        <w:t>관련</w:t>
      </w:r>
      <w:r>
        <w:rPr>
          <w:lang w:eastAsia="ko-KR"/>
        </w:rPr>
        <w:t xml:space="preserve"> </w:t>
      </w:r>
      <w:r>
        <w:rPr>
          <w:lang w:eastAsia="ko-KR"/>
        </w:rPr>
        <w:t>경력</w:t>
      </w:r>
    </w:p>
    <w:p w14:paraId="366DC389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미술관 및 문화예술기관의 근무 경력을 기재해 주세요. 경력증명서의 근무기간 및 담당업무와 일치하도록 작성합니다. 실습·인턴·프리랜서 경력은 고용형태를 구분해 주세요.</w:t>
      </w:r>
    </w:p>
    <w:tbl>
      <w:tblPr>
        <w:tblW w:w="9638" w:type="dxa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059"/>
        <w:gridCol w:w="2275"/>
        <w:gridCol w:w="1951"/>
        <w:gridCol w:w="3353"/>
      </w:tblGrid>
      <w:tr w:rsidR="00591532" w14:paraId="642DE8D6" w14:textId="77777777">
        <w:trPr>
          <w:cantSplit/>
          <w:tblHeader/>
          <w:jc w:val="center"/>
        </w:trPr>
        <w:tc>
          <w:tcPr>
            <w:tcW w:w="2059" w:type="dxa"/>
            <w:shd w:val="clear" w:color="auto" w:fill="EFEFEF"/>
            <w:vAlign w:val="center"/>
          </w:tcPr>
          <w:p w14:paraId="2BF33E74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근무기간</w:t>
            </w:r>
          </w:p>
        </w:tc>
        <w:tc>
          <w:tcPr>
            <w:tcW w:w="2275" w:type="dxa"/>
            <w:shd w:val="clear" w:color="auto" w:fill="EFEFEF"/>
            <w:vAlign w:val="center"/>
          </w:tcPr>
          <w:p w14:paraId="2DAFC042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기관명</w:t>
            </w:r>
          </w:p>
        </w:tc>
        <w:tc>
          <w:tcPr>
            <w:tcW w:w="1951" w:type="dxa"/>
            <w:shd w:val="clear" w:color="auto" w:fill="EFEFEF"/>
            <w:vAlign w:val="center"/>
          </w:tcPr>
          <w:p w14:paraId="4A6F6ED4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직위 및 고용형태</w:t>
            </w:r>
          </w:p>
        </w:tc>
        <w:tc>
          <w:tcPr>
            <w:tcW w:w="3353" w:type="dxa"/>
            <w:shd w:val="clear" w:color="auto" w:fill="EFEFEF"/>
            <w:vAlign w:val="center"/>
          </w:tcPr>
          <w:p w14:paraId="2FFBA677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주요 담당업무</w:t>
            </w:r>
          </w:p>
        </w:tc>
      </w:tr>
      <w:tr w:rsidR="00591532" w14:paraId="1A29E5EF" w14:textId="77777777">
        <w:trPr>
          <w:cantSplit/>
          <w:trHeight w:val="680"/>
          <w:jc w:val="center"/>
        </w:trPr>
        <w:tc>
          <w:tcPr>
            <w:tcW w:w="2059" w:type="dxa"/>
            <w:vAlign w:val="center"/>
          </w:tcPr>
          <w:p w14:paraId="504A5021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부터</w:t>
            </w:r>
            <w:r>
              <w:rPr>
                <w:sz w:val="19"/>
              </w:rPr>
              <w:br/>
              <w:t>까지</w:t>
            </w:r>
          </w:p>
        </w:tc>
        <w:tc>
          <w:tcPr>
            <w:tcW w:w="2275" w:type="dxa"/>
            <w:vAlign w:val="center"/>
          </w:tcPr>
          <w:p w14:paraId="4DF0DB87" w14:textId="77777777" w:rsidR="00591532" w:rsidRDefault="00591532">
            <w:pPr>
              <w:spacing w:after="0" w:line="260" w:lineRule="exact"/>
            </w:pPr>
          </w:p>
        </w:tc>
        <w:tc>
          <w:tcPr>
            <w:tcW w:w="1951" w:type="dxa"/>
            <w:vAlign w:val="center"/>
          </w:tcPr>
          <w:p w14:paraId="2C22A635" w14:textId="77777777" w:rsidR="00591532" w:rsidRDefault="00591532">
            <w:pPr>
              <w:spacing w:after="0" w:line="260" w:lineRule="exact"/>
            </w:pPr>
          </w:p>
        </w:tc>
        <w:tc>
          <w:tcPr>
            <w:tcW w:w="3353" w:type="dxa"/>
            <w:vAlign w:val="center"/>
          </w:tcPr>
          <w:p w14:paraId="484F02C4" w14:textId="77777777" w:rsidR="00591532" w:rsidRDefault="00591532">
            <w:pPr>
              <w:spacing w:after="0" w:line="260" w:lineRule="exact"/>
            </w:pPr>
          </w:p>
        </w:tc>
      </w:tr>
      <w:tr w:rsidR="00591532" w14:paraId="63406490" w14:textId="77777777">
        <w:trPr>
          <w:cantSplit/>
          <w:trHeight w:val="680"/>
          <w:jc w:val="center"/>
        </w:trPr>
        <w:tc>
          <w:tcPr>
            <w:tcW w:w="2059" w:type="dxa"/>
            <w:vAlign w:val="center"/>
          </w:tcPr>
          <w:p w14:paraId="5466B54D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부터</w:t>
            </w:r>
            <w:r>
              <w:rPr>
                <w:sz w:val="19"/>
              </w:rPr>
              <w:br/>
              <w:t>까지</w:t>
            </w:r>
          </w:p>
        </w:tc>
        <w:tc>
          <w:tcPr>
            <w:tcW w:w="2275" w:type="dxa"/>
            <w:vAlign w:val="center"/>
          </w:tcPr>
          <w:p w14:paraId="03461CA6" w14:textId="77777777" w:rsidR="00591532" w:rsidRDefault="00591532">
            <w:pPr>
              <w:spacing w:after="0" w:line="260" w:lineRule="exact"/>
            </w:pPr>
          </w:p>
        </w:tc>
        <w:tc>
          <w:tcPr>
            <w:tcW w:w="1951" w:type="dxa"/>
            <w:vAlign w:val="center"/>
          </w:tcPr>
          <w:p w14:paraId="33C5BF55" w14:textId="77777777" w:rsidR="00591532" w:rsidRDefault="00591532">
            <w:pPr>
              <w:spacing w:after="0" w:line="260" w:lineRule="exact"/>
            </w:pPr>
          </w:p>
        </w:tc>
        <w:tc>
          <w:tcPr>
            <w:tcW w:w="3353" w:type="dxa"/>
            <w:vAlign w:val="center"/>
          </w:tcPr>
          <w:p w14:paraId="4449EE1B" w14:textId="77777777" w:rsidR="00591532" w:rsidRDefault="00591532">
            <w:pPr>
              <w:spacing w:after="0" w:line="260" w:lineRule="exact"/>
            </w:pPr>
          </w:p>
        </w:tc>
      </w:tr>
      <w:tr w:rsidR="00591532" w14:paraId="1B9BCF8E" w14:textId="77777777">
        <w:trPr>
          <w:cantSplit/>
          <w:trHeight w:val="680"/>
          <w:jc w:val="center"/>
        </w:trPr>
        <w:tc>
          <w:tcPr>
            <w:tcW w:w="2059" w:type="dxa"/>
            <w:vAlign w:val="center"/>
          </w:tcPr>
          <w:p w14:paraId="385ED196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부터</w:t>
            </w:r>
            <w:r>
              <w:rPr>
                <w:sz w:val="19"/>
              </w:rPr>
              <w:br/>
              <w:t>까지</w:t>
            </w:r>
          </w:p>
        </w:tc>
        <w:tc>
          <w:tcPr>
            <w:tcW w:w="2275" w:type="dxa"/>
            <w:vAlign w:val="center"/>
          </w:tcPr>
          <w:p w14:paraId="289B4933" w14:textId="77777777" w:rsidR="00591532" w:rsidRDefault="00591532">
            <w:pPr>
              <w:spacing w:after="0" w:line="260" w:lineRule="exact"/>
            </w:pPr>
          </w:p>
        </w:tc>
        <w:tc>
          <w:tcPr>
            <w:tcW w:w="1951" w:type="dxa"/>
            <w:vAlign w:val="center"/>
          </w:tcPr>
          <w:p w14:paraId="6853FDF8" w14:textId="77777777" w:rsidR="00591532" w:rsidRDefault="00591532">
            <w:pPr>
              <w:spacing w:after="0" w:line="260" w:lineRule="exact"/>
            </w:pPr>
          </w:p>
        </w:tc>
        <w:tc>
          <w:tcPr>
            <w:tcW w:w="3353" w:type="dxa"/>
            <w:vAlign w:val="center"/>
          </w:tcPr>
          <w:p w14:paraId="79430821" w14:textId="77777777" w:rsidR="00591532" w:rsidRDefault="00591532">
            <w:pPr>
              <w:spacing w:after="0" w:line="260" w:lineRule="exact"/>
            </w:pPr>
          </w:p>
        </w:tc>
      </w:tr>
    </w:tbl>
    <w:p w14:paraId="43762DE9" w14:textId="77777777" w:rsidR="00591532" w:rsidRDefault="00E31EF7">
      <w:pPr>
        <w:pStyle w:val="Heading2"/>
        <w:spacing w:after="100" w:line="300" w:lineRule="exact"/>
        <w:rPr>
          <w:lang w:eastAsia="ko-KR"/>
        </w:rPr>
      </w:pPr>
      <w:r>
        <w:rPr>
          <w:lang w:eastAsia="ko-KR"/>
        </w:rPr>
        <w:t xml:space="preserve">6 </w:t>
      </w:r>
      <w:r>
        <w:rPr>
          <w:lang w:eastAsia="ko-KR"/>
        </w:rPr>
        <w:t>주요</w:t>
      </w:r>
      <w:r>
        <w:rPr>
          <w:lang w:eastAsia="ko-KR"/>
        </w:rPr>
        <w:t xml:space="preserve"> </w:t>
      </w:r>
      <w:r>
        <w:rPr>
          <w:lang w:eastAsia="ko-KR"/>
        </w:rPr>
        <w:t>전시</w:t>
      </w:r>
      <w:r>
        <w:rPr>
          <w:lang w:eastAsia="ko-KR"/>
        </w:rPr>
        <w:t xml:space="preserve"> </w:t>
      </w:r>
      <w:r>
        <w:rPr>
          <w:lang w:eastAsia="ko-KR"/>
        </w:rPr>
        <w:t>또는</w:t>
      </w:r>
      <w:r>
        <w:rPr>
          <w:lang w:eastAsia="ko-KR"/>
        </w:rPr>
        <w:t xml:space="preserve"> </w:t>
      </w:r>
      <w:r>
        <w:rPr>
          <w:lang w:eastAsia="ko-KR"/>
        </w:rPr>
        <w:t>교육</w:t>
      </w:r>
      <w:r>
        <w:rPr>
          <w:lang w:eastAsia="ko-KR"/>
        </w:rPr>
        <w:t xml:space="preserve"> </w:t>
      </w:r>
      <w:r>
        <w:rPr>
          <w:lang w:eastAsia="ko-KR"/>
        </w:rPr>
        <w:t>운영</w:t>
      </w:r>
      <w:r>
        <w:rPr>
          <w:lang w:eastAsia="ko-KR"/>
        </w:rPr>
        <w:t xml:space="preserve"> </w:t>
      </w:r>
      <w:r>
        <w:rPr>
          <w:lang w:eastAsia="ko-KR"/>
        </w:rPr>
        <w:t>경험</w:t>
      </w:r>
    </w:p>
    <w:p w14:paraId="27CC2DBF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대표 경험 1건을 적어 주세요. 본인이 직접 맡은 역할과 결과를 구체적으로 작성합니다. 근무 경력이 없는 경우 관련 실습이나 프로젝트 경험을 작성할 수 있습니다.</w:t>
      </w:r>
    </w:p>
    <w:tbl>
      <w:tblPr>
        <w:tblW w:w="9638" w:type="dxa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1734"/>
        <w:gridCol w:w="7904"/>
      </w:tblGrid>
      <w:tr w:rsidR="00591532" w14:paraId="7D16AB05" w14:textId="77777777">
        <w:trPr>
          <w:cantSplit/>
          <w:trHeight w:val="510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5F03B3A7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전시 또는 프로그램명</w:t>
            </w:r>
          </w:p>
        </w:tc>
        <w:tc>
          <w:tcPr>
            <w:tcW w:w="7904" w:type="dxa"/>
            <w:vAlign w:val="center"/>
          </w:tcPr>
          <w:p w14:paraId="2C100182" w14:textId="77777777" w:rsidR="00591532" w:rsidRDefault="00591532">
            <w:pPr>
              <w:spacing w:after="0" w:line="260" w:lineRule="exact"/>
            </w:pPr>
          </w:p>
        </w:tc>
      </w:tr>
      <w:tr w:rsidR="00591532" w14:paraId="5CB98ADF" w14:textId="77777777">
        <w:trPr>
          <w:cantSplit/>
          <w:trHeight w:val="510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69ABD401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기간 및 운영기관</w:t>
            </w:r>
          </w:p>
        </w:tc>
        <w:tc>
          <w:tcPr>
            <w:tcW w:w="7904" w:type="dxa"/>
            <w:vAlign w:val="center"/>
          </w:tcPr>
          <w:p w14:paraId="7FF1077F" w14:textId="77777777" w:rsidR="00591532" w:rsidRDefault="00591532">
            <w:pPr>
              <w:spacing w:after="0" w:line="260" w:lineRule="exact"/>
            </w:pPr>
          </w:p>
        </w:tc>
      </w:tr>
      <w:tr w:rsidR="00591532" w14:paraId="0D7B812C" w14:textId="77777777">
        <w:trPr>
          <w:cantSplit/>
          <w:trHeight w:val="510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5511710A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담당 역할</w:t>
            </w:r>
          </w:p>
        </w:tc>
        <w:tc>
          <w:tcPr>
            <w:tcW w:w="7904" w:type="dxa"/>
            <w:vAlign w:val="center"/>
          </w:tcPr>
          <w:p w14:paraId="192A7948" w14:textId="77777777" w:rsidR="00591532" w:rsidRDefault="00591532">
            <w:pPr>
              <w:spacing w:after="0" w:line="260" w:lineRule="exact"/>
            </w:pPr>
          </w:p>
        </w:tc>
      </w:tr>
    </w:tbl>
    <w:p w14:paraId="5617296F" w14:textId="77777777" w:rsidR="00591532" w:rsidRDefault="00E31EF7">
      <w:pPr>
        <w:spacing w:after="60"/>
      </w:pPr>
      <w:r>
        <w:rPr>
          <w:b/>
          <w:sz w:val="20"/>
        </w:rPr>
        <w:t>진행 내용과 본인의 기여</w:t>
      </w:r>
    </w:p>
    <w:p w14:paraId="519D66DB" w14:textId="77777777" w:rsidR="00591532" w:rsidRDefault="00E31EF7">
      <w:pPr>
        <w:pBdr>
          <w:bottom w:val="single" w:sz="3" w:space="1" w:color="E6E6E6"/>
        </w:pBdr>
        <w:spacing w:after="0" w:line="360" w:lineRule="exact"/>
      </w:pPr>
      <w:r>
        <w:t xml:space="preserve"> </w:t>
      </w:r>
    </w:p>
    <w:p w14:paraId="1E7FD01A" w14:textId="77777777" w:rsidR="00591532" w:rsidRDefault="00E31EF7">
      <w:pPr>
        <w:pBdr>
          <w:bottom w:val="single" w:sz="3" w:space="1" w:color="E6E6E6"/>
        </w:pBdr>
        <w:spacing w:after="0" w:line="360" w:lineRule="exact"/>
      </w:pPr>
      <w:r>
        <w:t xml:space="preserve"> </w:t>
      </w:r>
    </w:p>
    <w:p w14:paraId="285F488B" w14:textId="77777777" w:rsidR="00591532" w:rsidRDefault="00E31EF7">
      <w:pPr>
        <w:pBdr>
          <w:bottom w:val="single" w:sz="3" w:space="1" w:color="E6E6E6"/>
        </w:pBdr>
        <w:spacing w:after="0" w:line="360" w:lineRule="exact"/>
      </w:pPr>
      <w:r>
        <w:t xml:space="preserve"> </w:t>
      </w:r>
    </w:p>
    <w:p w14:paraId="6A6EC0D4" w14:textId="77777777" w:rsidR="00591532" w:rsidRDefault="00E31EF7">
      <w:pPr>
        <w:pBdr>
          <w:bottom w:val="single" w:sz="3" w:space="1" w:color="E6E6E6"/>
        </w:pBdr>
        <w:spacing w:after="0" w:line="360" w:lineRule="exact"/>
      </w:pPr>
      <w:r>
        <w:t xml:space="preserve"> </w:t>
      </w:r>
    </w:p>
    <w:p w14:paraId="35E87808" w14:textId="77777777" w:rsidR="00591532" w:rsidRDefault="00E31EF7">
      <w:pPr>
        <w:pStyle w:val="Heading2"/>
        <w:spacing w:after="100" w:line="300" w:lineRule="exact"/>
        <w:rPr>
          <w:lang w:eastAsia="ko-KR"/>
        </w:rPr>
      </w:pPr>
      <w:r>
        <w:rPr>
          <w:lang w:eastAsia="ko-KR"/>
        </w:rPr>
        <w:t xml:space="preserve">7 </w:t>
      </w:r>
      <w:r>
        <w:rPr>
          <w:lang w:eastAsia="ko-KR"/>
        </w:rPr>
        <w:t>기타</w:t>
      </w:r>
      <w:r>
        <w:rPr>
          <w:lang w:eastAsia="ko-KR"/>
        </w:rPr>
        <w:t xml:space="preserve"> </w:t>
      </w:r>
      <w:r>
        <w:rPr>
          <w:lang w:eastAsia="ko-KR"/>
        </w:rPr>
        <w:t>직무</w:t>
      </w:r>
      <w:r>
        <w:rPr>
          <w:lang w:eastAsia="ko-KR"/>
        </w:rPr>
        <w:t xml:space="preserve"> </w:t>
      </w:r>
      <w:r>
        <w:rPr>
          <w:lang w:eastAsia="ko-KR"/>
        </w:rPr>
        <w:t>역량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우대사항</w:t>
      </w:r>
    </w:p>
    <w:p w14:paraId="32519DC7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아래 항목은 선택 기재 사항입니다. 실제 수행 가능한 업무나 활용 사례를 중심으로 적어 주세요.</w:t>
      </w:r>
    </w:p>
    <w:tbl>
      <w:tblPr>
        <w:tblW w:w="9638" w:type="dxa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1734"/>
        <w:gridCol w:w="7904"/>
      </w:tblGrid>
      <w:tr w:rsidR="00591532" w14:paraId="252E887A" w14:textId="77777777">
        <w:trPr>
          <w:cantSplit/>
          <w:trHeight w:val="624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001EB117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문서 및 디지털 도구</w:t>
            </w:r>
          </w:p>
        </w:tc>
        <w:tc>
          <w:tcPr>
            <w:tcW w:w="7904" w:type="dxa"/>
            <w:vAlign w:val="center"/>
          </w:tcPr>
          <w:p w14:paraId="347C7202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예: 한글, Word, Excel, PowerPoint, 이미지 편집 등</w:t>
            </w:r>
          </w:p>
        </w:tc>
      </w:tr>
      <w:tr w:rsidR="00591532" w14:paraId="3527EB8B" w14:textId="77777777">
        <w:trPr>
          <w:cantSplit/>
          <w:trHeight w:val="624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053678B4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외국어 및 기타 자격</w:t>
            </w:r>
          </w:p>
        </w:tc>
        <w:tc>
          <w:tcPr>
            <w:tcW w:w="7904" w:type="dxa"/>
            <w:vAlign w:val="center"/>
          </w:tcPr>
          <w:p w14:paraId="15C156B4" w14:textId="77777777" w:rsidR="00591532" w:rsidRDefault="00591532">
            <w:pPr>
              <w:spacing w:after="0" w:line="260" w:lineRule="exact"/>
            </w:pPr>
          </w:p>
        </w:tc>
      </w:tr>
      <w:tr w:rsidR="00591532" w14:paraId="2A1B13C3" w14:textId="77777777">
        <w:trPr>
          <w:cantSplit/>
          <w:trHeight w:val="624"/>
          <w:jc w:val="center"/>
        </w:trPr>
        <w:tc>
          <w:tcPr>
            <w:tcW w:w="1734" w:type="dxa"/>
            <w:shd w:val="clear" w:color="auto" w:fill="F4F4F4"/>
            <w:vAlign w:val="center"/>
          </w:tcPr>
          <w:p w14:paraId="5783F728" w14:textId="77777777" w:rsidR="00591532" w:rsidRDefault="00E31EF7">
            <w:pPr>
              <w:spacing w:after="0" w:line="260" w:lineRule="exact"/>
            </w:pPr>
            <w:r>
              <w:rPr>
                <w:b/>
                <w:sz w:val="19"/>
              </w:rPr>
              <w:t>자가 운전 출퇴근</w:t>
            </w:r>
          </w:p>
        </w:tc>
        <w:tc>
          <w:tcPr>
            <w:tcW w:w="7904" w:type="dxa"/>
            <w:vAlign w:val="center"/>
          </w:tcPr>
          <w:p w14:paraId="7CAD9431" w14:textId="77777777" w:rsidR="00591532" w:rsidRDefault="00E31EF7">
            <w:pPr>
              <w:spacing w:after="0" w:line="260" w:lineRule="exact"/>
              <w:rPr>
                <w:lang w:eastAsia="ko-KR"/>
              </w:rPr>
            </w:pPr>
            <w:r>
              <w:rPr>
                <w:sz w:val="19"/>
                <w:lang w:eastAsia="ko-KR"/>
              </w:rPr>
              <w:t>□ 가능     □ 불가     □ 응답하지 않음</w:t>
            </w:r>
          </w:p>
        </w:tc>
      </w:tr>
    </w:tbl>
    <w:p w14:paraId="6BD1F255" w14:textId="77777777" w:rsidR="00591532" w:rsidRDefault="00E31EF7">
      <w:pPr>
        <w:pageBreakBefore/>
        <w:spacing w:after="160" w:line="240" w:lineRule="exact"/>
        <w:rPr>
          <w:lang w:eastAsia="ko-KR"/>
        </w:rPr>
      </w:pPr>
      <w:r>
        <w:rPr>
          <w:sz w:val="18"/>
          <w:lang w:eastAsia="ko-KR"/>
        </w:rPr>
        <w:lastRenderedPageBreak/>
        <w:t>문아트그라운드 뮤지엄  ·  2027년 학예사 채용</w:t>
      </w:r>
    </w:p>
    <w:p w14:paraId="704AA68E" w14:textId="77777777" w:rsidR="00591532" w:rsidRDefault="00E31EF7">
      <w:pPr>
        <w:pStyle w:val="Heading1"/>
        <w:spacing w:after="100" w:line="400" w:lineRule="exact"/>
        <w:rPr>
          <w:lang w:eastAsia="ko-KR"/>
        </w:rPr>
      </w:pPr>
      <w:r>
        <w:rPr>
          <w:lang w:eastAsia="ko-KR"/>
        </w:rPr>
        <w:t>자기소개서</w:t>
      </w:r>
    </w:p>
    <w:p w14:paraId="7AE48334" w14:textId="77777777" w:rsidR="00591532" w:rsidRDefault="00E31EF7">
      <w:pPr>
        <w:spacing w:after="160"/>
        <w:jc w:val="right"/>
        <w:rPr>
          <w:lang w:eastAsia="ko-KR"/>
        </w:rPr>
      </w:pPr>
      <w:r>
        <w:rPr>
          <w:sz w:val="19"/>
          <w:lang w:eastAsia="ko-KR"/>
        </w:rPr>
        <w:t>지원자 성명: ____________________</w:t>
      </w:r>
    </w:p>
    <w:p w14:paraId="2B8A5834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각 항목은 300자 내외를 권장합니다. 필요하면 작성 공간을 늘릴 수 있습니다. 가족관계, 출신지역, 혼인 여부 등 직무와 관련 없는 개인정보는 기재하지 마세요.</w:t>
      </w:r>
    </w:p>
    <w:p w14:paraId="75669589" w14:textId="77777777" w:rsidR="00591532" w:rsidRDefault="00E31EF7">
      <w:pPr>
        <w:pStyle w:val="Heading2"/>
        <w:spacing w:after="100" w:line="300" w:lineRule="exact"/>
        <w:rPr>
          <w:lang w:eastAsia="ko-KR"/>
        </w:rPr>
      </w:pPr>
      <w:r>
        <w:rPr>
          <w:lang w:eastAsia="ko-KR"/>
        </w:rPr>
        <w:t xml:space="preserve">1 </w:t>
      </w:r>
      <w:r>
        <w:rPr>
          <w:lang w:eastAsia="ko-KR"/>
        </w:rPr>
        <w:t>지원동기</w:t>
      </w:r>
    </w:p>
    <w:p w14:paraId="7B839004" w14:textId="77777777" w:rsidR="00591532" w:rsidRDefault="00E31EF7">
      <w:pPr>
        <w:spacing w:after="60"/>
        <w:rPr>
          <w:lang w:eastAsia="ko-KR"/>
        </w:rPr>
      </w:pPr>
      <w:r>
        <w:rPr>
          <w:sz w:val="20"/>
          <w:lang w:eastAsia="ko-KR"/>
        </w:rPr>
        <w:t>문아트그라운드 뮤지엄에 지원한 이유와 학예사로서 중요하게 생각하는 역할을 작성해 주세요.</w:t>
      </w:r>
    </w:p>
    <w:p w14:paraId="0138F559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01290F9B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1F487099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391460E7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5DD65BC4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038B4845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11603F48" w14:textId="77777777" w:rsidR="00591532" w:rsidRDefault="00E31EF7">
      <w:pPr>
        <w:pStyle w:val="Heading2"/>
        <w:spacing w:after="100" w:line="300" w:lineRule="exact"/>
        <w:rPr>
          <w:lang w:eastAsia="ko-KR"/>
        </w:rPr>
      </w:pPr>
      <w:r>
        <w:rPr>
          <w:lang w:eastAsia="ko-KR"/>
        </w:rPr>
        <w:t xml:space="preserve">2 </w:t>
      </w:r>
      <w:r>
        <w:rPr>
          <w:lang w:eastAsia="ko-KR"/>
        </w:rPr>
        <w:t>업무</w:t>
      </w:r>
      <w:r>
        <w:rPr>
          <w:lang w:eastAsia="ko-KR"/>
        </w:rPr>
        <w:t xml:space="preserve"> </w:t>
      </w:r>
      <w:r>
        <w:rPr>
          <w:lang w:eastAsia="ko-KR"/>
        </w:rPr>
        <w:t>역량과</w:t>
      </w:r>
      <w:r>
        <w:rPr>
          <w:lang w:eastAsia="ko-KR"/>
        </w:rPr>
        <w:t xml:space="preserve"> </w:t>
      </w:r>
      <w:r>
        <w:rPr>
          <w:lang w:eastAsia="ko-KR"/>
        </w:rPr>
        <w:t>협업</w:t>
      </w:r>
      <w:r>
        <w:rPr>
          <w:lang w:eastAsia="ko-KR"/>
        </w:rPr>
        <w:t xml:space="preserve"> </w:t>
      </w:r>
      <w:r>
        <w:rPr>
          <w:lang w:eastAsia="ko-KR"/>
        </w:rPr>
        <w:t>경험</w:t>
      </w:r>
    </w:p>
    <w:p w14:paraId="34687A2F" w14:textId="77777777" w:rsidR="00591532" w:rsidRDefault="00E31EF7">
      <w:pPr>
        <w:spacing w:after="60"/>
        <w:rPr>
          <w:lang w:eastAsia="ko-KR"/>
        </w:rPr>
      </w:pPr>
      <w:r>
        <w:rPr>
          <w:sz w:val="20"/>
          <w:lang w:eastAsia="ko-KR"/>
        </w:rPr>
        <w:t>전시기획 및 운영 보조, 교육 운영 지원 또는 관람객 응대 경험 중 하나를 선택해 본인의 역할, 문제를 해결한 과정, 배운 점을 작성해 주세요.</w:t>
      </w:r>
    </w:p>
    <w:p w14:paraId="27242C6D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31C912C9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09E283E9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51EB41C8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49478214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57560CBC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1B336F7A" w14:textId="77777777" w:rsidR="00591532" w:rsidRDefault="00E31EF7">
      <w:pPr>
        <w:pStyle w:val="Heading2"/>
        <w:spacing w:after="100" w:line="300" w:lineRule="exact"/>
        <w:rPr>
          <w:lang w:eastAsia="ko-KR"/>
        </w:rPr>
      </w:pPr>
      <w:r>
        <w:rPr>
          <w:lang w:eastAsia="ko-KR"/>
        </w:rPr>
        <w:t xml:space="preserve">3 </w:t>
      </w:r>
      <w:r>
        <w:rPr>
          <w:lang w:eastAsia="ko-KR"/>
        </w:rPr>
        <w:t>입사</w:t>
      </w:r>
      <w:r>
        <w:rPr>
          <w:lang w:eastAsia="ko-KR"/>
        </w:rPr>
        <w:t xml:space="preserve"> </w:t>
      </w:r>
      <w:r>
        <w:rPr>
          <w:lang w:eastAsia="ko-KR"/>
        </w:rPr>
        <w:t>후</w:t>
      </w:r>
      <w:r>
        <w:rPr>
          <w:lang w:eastAsia="ko-KR"/>
        </w:rPr>
        <w:t xml:space="preserve"> </w:t>
      </w:r>
      <w:r>
        <w:rPr>
          <w:lang w:eastAsia="ko-KR"/>
        </w:rPr>
        <w:t>기여</w:t>
      </w:r>
      <w:r>
        <w:rPr>
          <w:lang w:eastAsia="ko-KR"/>
        </w:rPr>
        <w:t xml:space="preserve"> </w:t>
      </w:r>
      <w:r>
        <w:rPr>
          <w:lang w:eastAsia="ko-KR"/>
        </w:rPr>
        <w:t>방향</w:t>
      </w:r>
    </w:p>
    <w:p w14:paraId="1F48535E" w14:textId="77777777" w:rsidR="00591532" w:rsidRDefault="00E31EF7">
      <w:pPr>
        <w:spacing w:after="60"/>
        <w:rPr>
          <w:lang w:eastAsia="ko-KR"/>
        </w:rPr>
      </w:pPr>
      <w:r>
        <w:rPr>
          <w:sz w:val="20"/>
          <w:lang w:eastAsia="ko-KR"/>
        </w:rPr>
        <w:t>미술관의 전시와 교육, 관람객 프로그램 운영에서 본인의 강점을 어떻게 활용할지 작성해 주세요.</w:t>
      </w:r>
    </w:p>
    <w:p w14:paraId="34B311E5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54C24260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3B7941F4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35E408C1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0830A929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4DD64397" w14:textId="77777777" w:rsidR="00591532" w:rsidRDefault="00E31EF7">
      <w:pPr>
        <w:pBdr>
          <w:bottom w:val="single" w:sz="3" w:space="1" w:color="E6E6E6"/>
        </w:pBdr>
        <w:spacing w:after="0" w:line="360" w:lineRule="exact"/>
        <w:rPr>
          <w:lang w:eastAsia="ko-KR"/>
        </w:rPr>
      </w:pPr>
      <w:r>
        <w:rPr>
          <w:lang w:eastAsia="ko-KR"/>
        </w:rPr>
        <w:t xml:space="preserve"> </w:t>
      </w:r>
    </w:p>
    <w:p w14:paraId="2FEBCC73" w14:textId="77777777" w:rsidR="00591532" w:rsidRDefault="00E31EF7">
      <w:pPr>
        <w:pageBreakBefore/>
        <w:spacing w:after="160" w:line="240" w:lineRule="exact"/>
        <w:rPr>
          <w:lang w:eastAsia="ko-KR"/>
        </w:rPr>
      </w:pPr>
      <w:r>
        <w:rPr>
          <w:sz w:val="18"/>
          <w:lang w:eastAsia="ko-KR"/>
        </w:rPr>
        <w:lastRenderedPageBreak/>
        <w:t>문아트그라운드 뮤지엄  ·  2027년 학예사 채용</w:t>
      </w:r>
    </w:p>
    <w:p w14:paraId="040F3465" w14:textId="77777777" w:rsidR="00591532" w:rsidRDefault="00E31EF7">
      <w:pPr>
        <w:pStyle w:val="Heading1"/>
        <w:spacing w:after="100" w:line="400" w:lineRule="exact"/>
        <w:rPr>
          <w:lang w:eastAsia="ko-KR"/>
        </w:rPr>
      </w:pPr>
      <w:r>
        <w:rPr>
          <w:lang w:eastAsia="ko-KR"/>
        </w:rPr>
        <w:t>개인정보</w:t>
      </w:r>
      <w:r>
        <w:rPr>
          <w:lang w:eastAsia="ko-KR"/>
        </w:rPr>
        <w:t xml:space="preserve"> </w:t>
      </w:r>
      <w:r>
        <w:rPr>
          <w:lang w:eastAsia="ko-KR"/>
        </w:rPr>
        <w:t>동의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제출</w:t>
      </w:r>
      <w:r>
        <w:rPr>
          <w:lang w:eastAsia="ko-KR"/>
        </w:rPr>
        <w:t xml:space="preserve"> </w:t>
      </w:r>
      <w:r>
        <w:rPr>
          <w:lang w:eastAsia="ko-KR"/>
        </w:rPr>
        <w:t>확인</w:t>
      </w:r>
    </w:p>
    <w:p w14:paraId="5659A749" w14:textId="77777777" w:rsidR="00591532" w:rsidRDefault="00E31EF7">
      <w:pPr>
        <w:spacing w:after="160"/>
        <w:jc w:val="right"/>
        <w:rPr>
          <w:lang w:eastAsia="ko-KR"/>
        </w:rPr>
      </w:pPr>
      <w:r>
        <w:rPr>
          <w:sz w:val="19"/>
          <w:lang w:eastAsia="ko-KR"/>
        </w:rPr>
        <w:t>지원자 성명: ____________________</w:t>
      </w:r>
    </w:p>
    <w:p w14:paraId="487375E2" w14:textId="77777777" w:rsidR="00591532" w:rsidRDefault="00E31EF7">
      <w:pPr>
        <w:spacing w:after="140"/>
        <w:rPr>
          <w:lang w:eastAsia="ko-KR"/>
        </w:rPr>
      </w:pPr>
      <w:r>
        <w:rPr>
          <w:sz w:val="20"/>
          <w:lang w:eastAsia="ko-KR"/>
        </w:rPr>
        <w:t>문아트그라운드 뮤지엄은 학예사 채용을 위해 아래와 같이 개인정보를 수집하고 이용합니다. 내용을 확인한 후 각 항목의 동의 여부를 표시해 주세요.</w:t>
      </w:r>
    </w:p>
    <w:p w14:paraId="107E3B31" w14:textId="77777777" w:rsidR="00591532" w:rsidRDefault="00E31EF7">
      <w:pPr>
        <w:pStyle w:val="Heading2"/>
        <w:spacing w:after="100" w:line="300" w:lineRule="exact"/>
        <w:rPr>
          <w:lang w:eastAsia="ko-KR"/>
        </w:rPr>
      </w:pPr>
      <w:r>
        <w:rPr>
          <w:lang w:eastAsia="ko-KR"/>
        </w:rPr>
        <w:t xml:space="preserve">1 </w:t>
      </w:r>
      <w:r>
        <w:rPr>
          <w:lang w:eastAsia="ko-KR"/>
        </w:rPr>
        <w:t>필수</w:t>
      </w:r>
      <w:r>
        <w:rPr>
          <w:lang w:eastAsia="ko-KR"/>
        </w:rPr>
        <w:t xml:space="preserve"> </w:t>
      </w:r>
      <w:r>
        <w:rPr>
          <w:lang w:eastAsia="ko-KR"/>
        </w:rPr>
        <w:t>개인정보</w:t>
      </w:r>
      <w:r>
        <w:rPr>
          <w:lang w:eastAsia="ko-KR"/>
        </w:rPr>
        <w:t xml:space="preserve"> </w:t>
      </w:r>
      <w:r>
        <w:rPr>
          <w:lang w:eastAsia="ko-KR"/>
        </w:rPr>
        <w:t>수집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이용</w:t>
      </w:r>
    </w:p>
    <w:p w14:paraId="55B18358" w14:textId="77777777" w:rsidR="00591532" w:rsidRDefault="00E31EF7">
      <w:pPr>
        <w:rPr>
          <w:lang w:eastAsia="ko-KR"/>
        </w:rPr>
      </w:pPr>
      <w:r>
        <w:rPr>
          <w:sz w:val="20"/>
          <w:lang w:eastAsia="ko-KR"/>
        </w:rPr>
        <w:t>수집 및 이용 목적: 지원자 확인, 자격 및 경력 심사, 면접 진행, 채용 결과 안내.</w:t>
      </w:r>
    </w:p>
    <w:p w14:paraId="160897D2" w14:textId="77777777" w:rsidR="00591532" w:rsidRDefault="00E31EF7">
      <w:pPr>
        <w:rPr>
          <w:lang w:eastAsia="ko-KR"/>
        </w:rPr>
      </w:pPr>
      <w:r>
        <w:rPr>
          <w:sz w:val="20"/>
          <w:lang w:eastAsia="ko-KR"/>
        </w:rPr>
        <w:t>수집 항목: 성명, 휴대전화, 이메일, 학력 및 전공, 학위와 졸업 여부, 학예사 자격 및 자격증 정보, 관련 경력, 직무 경험, 자기소개, 근무 가능 여부, 제출 증빙서류에 기재된 해당 정보, 작성일 및 서명.</w:t>
      </w:r>
    </w:p>
    <w:p w14:paraId="62B50663" w14:textId="77777777" w:rsidR="00591532" w:rsidRDefault="00E31EF7">
      <w:pPr>
        <w:rPr>
          <w:lang w:eastAsia="ko-KR"/>
        </w:rPr>
      </w:pPr>
      <w:r>
        <w:rPr>
          <w:sz w:val="20"/>
          <w:lang w:eastAsia="ko-KR"/>
        </w:rPr>
        <w:t>보유 및 이용 기간: 채용전형 종료 시까지 보유 후 지체 없이 파기합니다. 법령상 보존 의무가 있는 정보는 해당 기간 별도 보관하며, 합격자의 인사정보는 별도 안내 후 처리합니다.</w:t>
      </w:r>
    </w:p>
    <w:p w14:paraId="55C2FF85" w14:textId="77777777" w:rsidR="00591532" w:rsidRDefault="00E31EF7">
      <w:pPr>
        <w:rPr>
          <w:lang w:eastAsia="ko-KR"/>
        </w:rPr>
      </w:pPr>
      <w:r>
        <w:rPr>
          <w:sz w:val="20"/>
          <w:lang w:eastAsia="ko-KR"/>
        </w:rPr>
        <w:t>동의 거부 권리: 동의를 거부할 수 있으나, 필수정보 수집 및 이용에 동의하지 않으면 자격 확인과 심사가 어려워 전형 진행이 제한될 수 있습니다.</w:t>
      </w:r>
    </w:p>
    <w:p w14:paraId="34D17F50" w14:textId="77777777" w:rsidR="00591532" w:rsidRDefault="00E31EF7">
      <w:pPr>
        <w:spacing w:after="80"/>
        <w:rPr>
          <w:lang w:eastAsia="ko-KR"/>
        </w:rPr>
      </w:pPr>
      <w:r>
        <w:rPr>
          <w:b/>
          <w:sz w:val="20"/>
          <w:lang w:eastAsia="ko-KR"/>
        </w:rPr>
        <w:t>필수 개인정보 수집 및 이용에   □ 동의합니다     □ 동의하지 않습니다</w:t>
      </w:r>
    </w:p>
    <w:p w14:paraId="640DEC6A" w14:textId="77777777" w:rsidR="00591532" w:rsidRDefault="00E31EF7">
      <w:pPr>
        <w:pStyle w:val="Heading2"/>
        <w:spacing w:after="100" w:line="300" w:lineRule="exact"/>
        <w:rPr>
          <w:lang w:eastAsia="ko-KR"/>
        </w:rPr>
      </w:pPr>
      <w:r>
        <w:rPr>
          <w:lang w:eastAsia="ko-KR"/>
        </w:rPr>
        <w:t xml:space="preserve">2 </w:t>
      </w:r>
      <w:r>
        <w:rPr>
          <w:lang w:eastAsia="ko-KR"/>
        </w:rPr>
        <w:t>선택</w:t>
      </w:r>
      <w:r>
        <w:rPr>
          <w:lang w:eastAsia="ko-KR"/>
        </w:rPr>
        <w:t xml:space="preserve"> </w:t>
      </w:r>
      <w:r>
        <w:rPr>
          <w:lang w:eastAsia="ko-KR"/>
        </w:rPr>
        <w:t>개인정보</w:t>
      </w:r>
      <w:r>
        <w:rPr>
          <w:lang w:eastAsia="ko-KR"/>
        </w:rPr>
        <w:t xml:space="preserve"> </w:t>
      </w:r>
      <w:r>
        <w:rPr>
          <w:lang w:eastAsia="ko-KR"/>
        </w:rPr>
        <w:t>수집</w:t>
      </w:r>
      <w:r>
        <w:rPr>
          <w:lang w:eastAsia="ko-KR"/>
        </w:rPr>
        <w:t xml:space="preserve"> </w:t>
      </w:r>
      <w:r>
        <w:rPr>
          <w:lang w:eastAsia="ko-KR"/>
        </w:rPr>
        <w:t>및</w:t>
      </w:r>
      <w:r>
        <w:rPr>
          <w:lang w:eastAsia="ko-KR"/>
        </w:rPr>
        <w:t xml:space="preserve"> </w:t>
      </w:r>
      <w:r>
        <w:rPr>
          <w:lang w:eastAsia="ko-KR"/>
        </w:rPr>
        <w:t>이용</w:t>
      </w:r>
    </w:p>
    <w:p w14:paraId="05337BDF" w14:textId="77777777" w:rsidR="00591532" w:rsidRDefault="00E31EF7">
      <w:pPr>
        <w:spacing w:after="80"/>
        <w:rPr>
          <w:lang w:eastAsia="ko-KR"/>
        </w:rPr>
      </w:pPr>
      <w:r>
        <w:rPr>
          <w:sz w:val="20"/>
          <w:lang w:eastAsia="ko-KR"/>
        </w:rPr>
        <w:t>수집 및 이용 목적: 추가 직무 역량 및 공고상 우대사항 확인.</w:t>
      </w:r>
    </w:p>
    <w:p w14:paraId="2323D9ED" w14:textId="77777777" w:rsidR="00591532" w:rsidRDefault="00E31EF7">
      <w:pPr>
        <w:spacing w:after="80"/>
        <w:rPr>
          <w:lang w:eastAsia="ko-KR"/>
        </w:rPr>
      </w:pPr>
      <w:r>
        <w:rPr>
          <w:sz w:val="20"/>
          <w:lang w:eastAsia="ko-KR"/>
        </w:rPr>
        <w:t>수집 항목: 지원서 7번에 기재한 문서 및 디지털 도구 활용 능력, 외국어 능력, 기타 자격, 자가 운전 출퇴근 가능 여부.</w:t>
      </w:r>
    </w:p>
    <w:p w14:paraId="316C309D" w14:textId="77777777" w:rsidR="00591532" w:rsidRDefault="00E31EF7">
      <w:pPr>
        <w:spacing w:after="80"/>
        <w:rPr>
          <w:lang w:eastAsia="ko-KR"/>
        </w:rPr>
      </w:pPr>
      <w:r>
        <w:rPr>
          <w:sz w:val="20"/>
          <w:lang w:eastAsia="ko-KR"/>
        </w:rPr>
        <w:t>보유 및 이용 기간: 위 필수정보와 동일합니다. 선택정보에 동의하지 않아도 지원할 수 있으며, 미기재 항목은 해당 역량 및 우대사항 확인에 반영되지 않습니다.</w:t>
      </w:r>
    </w:p>
    <w:p w14:paraId="1E91D6DF" w14:textId="77777777" w:rsidR="00591532" w:rsidRDefault="00E31EF7">
      <w:pPr>
        <w:spacing w:after="80"/>
        <w:rPr>
          <w:lang w:eastAsia="ko-KR"/>
        </w:rPr>
      </w:pPr>
      <w:r>
        <w:rPr>
          <w:b/>
          <w:sz w:val="20"/>
          <w:lang w:eastAsia="ko-KR"/>
        </w:rPr>
        <w:t>선택 개인정보 수집 및 이용에   □ 동의합니다     □ 동의하지 않습니다</w:t>
      </w:r>
    </w:p>
    <w:p w14:paraId="5BECE8B3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사진과 주민등록번호 등 요청하지 않은 정보는 제출하지 마세요. 증빙서류의 불필요한 개인정보는 가려 주세요.</w:t>
      </w:r>
    </w:p>
    <w:p w14:paraId="2AA80401" w14:textId="77777777" w:rsidR="00591532" w:rsidRDefault="00E31EF7">
      <w:pPr>
        <w:pStyle w:val="Heading2"/>
        <w:spacing w:after="100" w:line="300" w:lineRule="exact"/>
      </w:pPr>
      <w:r>
        <w:t xml:space="preserve">3 </w:t>
      </w:r>
      <w:r>
        <w:t>제출서류</w:t>
      </w:r>
      <w:r>
        <w:t xml:space="preserve"> </w:t>
      </w:r>
      <w:r>
        <w:t>확인</w:t>
      </w:r>
    </w:p>
    <w:tbl>
      <w:tblPr>
        <w:tblW w:w="9638" w:type="dxa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CellMar>
          <w:top w:w="90" w:type="dxa"/>
          <w:left w:w="100" w:type="dxa"/>
          <w:bottom w:w="90" w:type="dxa"/>
          <w:right w:w="100" w:type="dxa"/>
        </w:tblCellMar>
        <w:tblLook w:val="04A0" w:firstRow="1" w:lastRow="0" w:firstColumn="1" w:lastColumn="0" w:noHBand="0" w:noVBand="1"/>
      </w:tblPr>
      <w:tblGrid>
        <w:gridCol w:w="2275"/>
        <w:gridCol w:w="7363"/>
      </w:tblGrid>
      <w:tr w:rsidR="00591532" w14:paraId="37F3BCE5" w14:textId="77777777">
        <w:trPr>
          <w:cantSplit/>
          <w:tblHeader/>
          <w:jc w:val="center"/>
        </w:trPr>
        <w:tc>
          <w:tcPr>
            <w:tcW w:w="2275" w:type="dxa"/>
            <w:shd w:val="clear" w:color="auto" w:fill="EFEFEF"/>
            <w:vAlign w:val="center"/>
          </w:tcPr>
          <w:p w14:paraId="0AAE6033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확인</w:t>
            </w:r>
          </w:p>
        </w:tc>
        <w:tc>
          <w:tcPr>
            <w:tcW w:w="7363" w:type="dxa"/>
            <w:shd w:val="clear" w:color="auto" w:fill="EFEFEF"/>
            <w:vAlign w:val="center"/>
          </w:tcPr>
          <w:p w14:paraId="5EAD4317" w14:textId="77777777" w:rsidR="00591532" w:rsidRDefault="00E31EF7">
            <w:pPr>
              <w:spacing w:after="0" w:line="260" w:lineRule="exact"/>
              <w:jc w:val="center"/>
            </w:pPr>
            <w:r>
              <w:rPr>
                <w:b/>
                <w:sz w:val="19"/>
              </w:rPr>
              <w:t>제출서류</w:t>
            </w:r>
          </w:p>
        </w:tc>
      </w:tr>
      <w:tr w:rsidR="00591532" w14:paraId="0AE3F121" w14:textId="77777777">
        <w:trPr>
          <w:cantSplit/>
          <w:trHeight w:val="397"/>
          <w:jc w:val="center"/>
        </w:trPr>
        <w:tc>
          <w:tcPr>
            <w:tcW w:w="2275" w:type="dxa"/>
            <w:vAlign w:val="center"/>
          </w:tcPr>
          <w:p w14:paraId="1CA27A7B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□</w:t>
            </w:r>
          </w:p>
        </w:tc>
        <w:tc>
          <w:tcPr>
            <w:tcW w:w="7363" w:type="dxa"/>
            <w:vAlign w:val="center"/>
          </w:tcPr>
          <w:p w14:paraId="204179A2" w14:textId="77777777" w:rsidR="00591532" w:rsidRDefault="00E31EF7">
            <w:pPr>
              <w:spacing w:after="0" w:line="260" w:lineRule="exact"/>
              <w:rPr>
                <w:lang w:eastAsia="ko-KR"/>
              </w:rPr>
            </w:pPr>
            <w:r>
              <w:rPr>
                <w:sz w:val="19"/>
                <w:lang w:eastAsia="ko-KR"/>
              </w:rPr>
              <w:t>지원서 및 자기소개서와 개인정보 동의서 1부</w:t>
            </w:r>
          </w:p>
        </w:tc>
      </w:tr>
      <w:tr w:rsidR="00591532" w14:paraId="20FE0D1C" w14:textId="77777777">
        <w:trPr>
          <w:cantSplit/>
          <w:trHeight w:val="397"/>
          <w:jc w:val="center"/>
        </w:trPr>
        <w:tc>
          <w:tcPr>
            <w:tcW w:w="2275" w:type="dxa"/>
            <w:vAlign w:val="center"/>
          </w:tcPr>
          <w:p w14:paraId="65A63815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□</w:t>
            </w:r>
          </w:p>
        </w:tc>
        <w:tc>
          <w:tcPr>
            <w:tcW w:w="7363" w:type="dxa"/>
            <w:vAlign w:val="center"/>
          </w:tcPr>
          <w:p w14:paraId="34C26734" w14:textId="77777777" w:rsidR="00591532" w:rsidRDefault="00E31EF7">
            <w:pPr>
              <w:spacing w:after="0" w:line="260" w:lineRule="exact"/>
              <w:rPr>
                <w:lang w:eastAsia="ko-KR"/>
              </w:rPr>
            </w:pPr>
            <w:r>
              <w:rPr>
                <w:sz w:val="19"/>
                <w:lang w:eastAsia="ko-KR"/>
              </w:rPr>
              <w:t>정학예사 또는 준학예사 자격증 사본 1부</w:t>
            </w:r>
          </w:p>
        </w:tc>
      </w:tr>
      <w:tr w:rsidR="00591532" w14:paraId="3F1FAB28" w14:textId="77777777">
        <w:trPr>
          <w:cantSplit/>
          <w:trHeight w:val="397"/>
          <w:jc w:val="center"/>
        </w:trPr>
        <w:tc>
          <w:tcPr>
            <w:tcW w:w="2275" w:type="dxa"/>
            <w:vAlign w:val="center"/>
          </w:tcPr>
          <w:p w14:paraId="4D49AF22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□</w:t>
            </w:r>
          </w:p>
        </w:tc>
        <w:tc>
          <w:tcPr>
            <w:tcW w:w="7363" w:type="dxa"/>
            <w:vAlign w:val="center"/>
          </w:tcPr>
          <w:p w14:paraId="1ED07B87" w14:textId="77777777" w:rsidR="00591532" w:rsidRDefault="00E31EF7">
            <w:pPr>
              <w:spacing w:after="0" w:line="260" w:lineRule="exact"/>
              <w:rPr>
                <w:lang w:eastAsia="ko-KR"/>
              </w:rPr>
            </w:pPr>
            <w:r>
              <w:rPr>
                <w:sz w:val="19"/>
                <w:lang w:eastAsia="ko-KR"/>
              </w:rPr>
              <w:t>최종학교 졸업증명서 1부</w:t>
            </w:r>
          </w:p>
        </w:tc>
      </w:tr>
      <w:tr w:rsidR="00591532" w14:paraId="2DBB3C1A" w14:textId="77777777">
        <w:trPr>
          <w:cantSplit/>
          <w:trHeight w:val="397"/>
          <w:jc w:val="center"/>
        </w:trPr>
        <w:tc>
          <w:tcPr>
            <w:tcW w:w="2275" w:type="dxa"/>
            <w:vAlign w:val="center"/>
          </w:tcPr>
          <w:p w14:paraId="3CF5F174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□</w:t>
            </w:r>
          </w:p>
        </w:tc>
        <w:tc>
          <w:tcPr>
            <w:tcW w:w="7363" w:type="dxa"/>
            <w:vAlign w:val="center"/>
          </w:tcPr>
          <w:p w14:paraId="423CB367" w14:textId="77777777" w:rsidR="00591532" w:rsidRDefault="00E31EF7">
            <w:pPr>
              <w:spacing w:after="0" w:line="260" w:lineRule="exact"/>
              <w:rPr>
                <w:lang w:eastAsia="ko-KR"/>
              </w:rPr>
            </w:pPr>
            <w:r>
              <w:rPr>
                <w:sz w:val="19"/>
                <w:lang w:eastAsia="ko-KR"/>
              </w:rPr>
              <w:t>최종학교 성적증명서 1부</w:t>
            </w:r>
          </w:p>
        </w:tc>
      </w:tr>
      <w:tr w:rsidR="00591532" w14:paraId="58BF1659" w14:textId="77777777">
        <w:trPr>
          <w:cantSplit/>
          <w:trHeight w:val="397"/>
          <w:jc w:val="center"/>
        </w:trPr>
        <w:tc>
          <w:tcPr>
            <w:tcW w:w="2275" w:type="dxa"/>
            <w:vAlign w:val="center"/>
          </w:tcPr>
          <w:p w14:paraId="02FD8871" w14:textId="77777777" w:rsidR="00591532" w:rsidRDefault="00E31EF7">
            <w:pPr>
              <w:spacing w:after="0" w:line="260" w:lineRule="exact"/>
            </w:pPr>
            <w:r>
              <w:rPr>
                <w:sz w:val="19"/>
              </w:rPr>
              <w:t>□ 제출  □ 해당 없음</w:t>
            </w:r>
          </w:p>
        </w:tc>
        <w:tc>
          <w:tcPr>
            <w:tcW w:w="7363" w:type="dxa"/>
            <w:vAlign w:val="center"/>
          </w:tcPr>
          <w:p w14:paraId="5368061B" w14:textId="77777777" w:rsidR="00591532" w:rsidRDefault="00E31EF7">
            <w:pPr>
              <w:spacing w:after="0" w:line="260" w:lineRule="exact"/>
              <w:rPr>
                <w:lang w:eastAsia="ko-KR"/>
              </w:rPr>
            </w:pPr>
            <w:r>
              <w:rPr>
                <w:sz w:val="19"/>
                <w:lang w:eastAsia="ko-KR"/>
              </w:rPr>
              <w:t>경력증명서 각 1부  ·  해당자에 한함</w:t>
            </w:r>
          </w:p>
        </w:tc>
      </w:tr>
    </w:tbl>
    <w:p w14:paraId="35C92B53" w14:textId="77777777" w:rsidR="00591532" w:rsidRDefault="00E31EF7">
      <w:pPr>
        <w:rPr>
          <w:lang w:eastAsia="ko-KR"/>
        </w:rPr>
      </w:pPr>
      <w:r>
        <w:rPr>
          <w:sz w:val="19"/>
          <w:lang w:eastAsia="ko-KR"/>
        </w:rPr>
        <w:t>본인은 지원서와 제출서류의 내용이 사실임을 확인합니다. 허위 기재 또는 증빙 불가 사항이 확인될 경우 공고에 따라 합격이 취소될 수 있음을 확인합니다.</w:t>
      </w:r>
    </w:p>
    <w:p w14:paraId="018FE493" w14:textId="77777777" w:rsidR="00591532" w:rsidRDefault="00E31EF7">
      <w:pPr>
        <w:rPr>
          <w:lang w:eastAsia="ko-KR"/>
        </w:rPr>
      </w:pPr>
      <w:r>
        <w:rPr>
          <w:sz w:val="20"/>
          <w:lang w:eastAsia="ko-KR"/>
        </w:rPr>
        <w:t xml:space="preserve">작성일:          년       월       일       성명:                        서명:                        </w:t>
      </w:r>
    </w:p>
    <w:p w14:paraId="08409194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접수: exhibition@magmuseum.com · 마감: 2026년 11월 20일 금요일 17:00</w:t>
      </w:r>
    </w:p>
    <w:p w14:paraId="301D9AC2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메일 제목: 문아트그라운드뮤지엄 학예사 지원_성함  ·  서명 후 증빙서류와 함께 제출해 주세요.</w:t>
      </w:r>
    </w:p>
    <w:p w14:paraId="7AC6C819" w14:textId="77777777" w:rsidR="00591532" w:rsidRDefault="00E31EF7">
      <w:pPr>
        <w:spacing w:after="80" w:line="240" w:lineRule="exact"/>
        <w:rPr>
          <w:lang w:eastAsia="ko-KR"/>
        </w:rPr>
      </w:pPr>
      <w:r>
        <w:rPr>
          <w:color w:val="555555"/>
          <w:sz w:val="18"/>
          <w:lang w:eastAsia="ko-KR"/>
        </w:rPr>
        <w:t>면접 대상자 통보: 2026년 11월 23일 월요일 · 면접일은 추후 개별 안내</w:t>
      </w:r>
    </w:p>
    <w:sectPr w:rsidR="00591532" w:rsidSect="008A18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248" w:right="1134" w:bottom="1530" w:left="1134" w:header="340" w:footer="454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54F2F" w14:textId="77777777" w:rsidR="00C17131" w:rsidRDefault="00C17131">
      <w:pPr>
        <w:spacing w:after="0" w:line="240" w:lineRule="auto"/>
      </w:pPr>
      <w:r>
        <w:separator/>
      </w:r>
    </w:p>
  </w:endnote>
  <w:endnote w:type="continuationSeparator" w:id="0">
    <w:p w14:paraId="11B0F281" w14:textId="77777777" w:rsidR="00C17131" w:rsidRDefault="00C171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4E162" w14:textId="77777777" w:rsidR="007970A2" w:rsidRDefault="007970A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64CA" w14:textId="77777777" w:rsidR="008A1820" w:rsidRPr="00F865F7" w:rsidRDefault="008A1820" w:rsidP="00BE5341">
    <w:pPr>
      <w:tabs>
        <w:tab w:val="right" w:pos="9639"/>
      </w:tabs>
      <w:spacing w:after="0" w:line="240" w:lineRule="auto"/>
      <w:rPr>
        <w:color w:val="555555"/>
        <w:sz w:val="15"/>
      </w:rPr>
    </w:pPr>
    <w:r>
      <w:rPr>
        <w:noProof/>
        <w:color w:val="555555"/>
        <w:sz w:val="15"/>
      </w:rPr>
      <w:drawing>
        <wp:inline distT="0" distB="0" distL="0" distR="0" wp14:anchorId="64D0455D" wp14:editId="2501F287">
          <wp:extent cx="1079500" cy="504563"/>
          <wp:effectExtent l="0" t="0" r="6350" b="0"/>
          <wp:docPr id="986779633" name="Picture 1" descr="Moon Art Grounds official horizontal logo" title="Moon Art Ground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6779633" name="Picture 1" descr="Moon Art Grounds official horizontal logo" title="Moon Art Grounds"/>
                  <pic:cNvPicPr/>
                </pic:nvPicPr>
                <pic:blipFill>
                  <a:blip r:embed="rId1">
                    <a:duotone>
                      <a:srgbClr val="919191"/>
                      <a:srgbClr val="919191"/>
                    </a:duotone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9500" cy="5045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555555"/>
        <w:sz w:val="15"/>
      </w:rPr>
      <w:tab/>
    </w:r>
    <w:r w:rsidRPr="00F865F7">
      <w:rPr>
        <w:color w:val="555555"/>
        <w:sz w:val="15"/>
      </w:rPr>
      <w:t xml:space="preserve">문아트그라운드 뮤지엄  ·  2027년 학예사 채용    |    </w:t>
    </w:r>
    <w:r>
      <w:rPr>
        <w:color w:val="555555"/>
        <w:sz w:val="15"/>
      </w:rPr>
      <w:fldChar w:fldCharType="begin"/>
    </w:r>
    <w:r>
      <w:rPr>
        <w:color w:val="555555"/>
        <w:sz w:val="15"/>
      </w:rPr>
      <w:instrText xml:space="preserve"> PAGE  \* MERGEFORMAT </w:instrText>
    </w:r>
    <w:r>
      <w:rPr>
        <w:color w:val="555555"/>
        <w:sz w:val="15"/>
      </w:rPr>
      <w:fldChar w:fldCharType="separate"/>
    </w:r>
    <w:r>
      <w:rPr>
        <w:noProof/>
        <w:color w:val="555555"/>
        <w:sz w:val="15"/>
      </w:rPr>
      <w:t>1</w:t>
    </w:r>
    <w:r>
      <w:rPr>
        <w:color w:val="555555"/>
        <w:sz w:val="15"/>
      </w:rPr>
      <w:fldChar w:fldCharType="end"/>
    </w:r>
  </w:p>
  <w:p w14:paraId="49ACD0BB" w14:textId="420639DF" w:rsidR="00591532" w:rsidRPr="00F865F7" w:rsidRDefault="00591532" w:rsidP="00F865F7">
    <w:pPr>
      <w:spacing w:after="0" w:line="200" w:lineRule="exact"/>
      <w:jc w:val="right"/>
      <w:rPr>
        <w:color w:val="555555"/>
        <w:sz w:val="15"/>
        <w:lang w:eastAsia="ko-K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54C4E" w14:textId="77777777" w:rsidR="007970A2" w:rsidRDefault="00797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33FBB" w14:textId="77777777" w:rsidR="00C17131" w:rsidRDefault="00C17131">
      <w:pPr>
        <w:spacing w:after="0" w:line="240" w:lineRule="auto"/>
      </w:pPr>
      <w:r>
        <w:separator/>
      </w:r>
    </w:p>
  </w:footnote>
  <w:footnote w:type="continuationSeparator" w:id="0">
    <w:p w14:paraId="757369A2" w14:textId="77777777" w:rsidR="00C17131" w:rsidRDefault="00C171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6FDF1" w14:textId="77777777" w:rsidR="007970A2" w:rsidRDefault="007970A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673A10" w14:textId="77777777" w:rsidR="008A1820" w:rsidRPr="00BE5341" w:rsidRDefault="008A1820" w:rsidP="00BE5341">
    <w:pPr>
      <w:spacing w:after="0" w:line="20" w:lineRule="exact"/>
      <w:rPr>
        <w:sz w:val="2"/>
      </w:rPr>
    </w:pPr>
  </w:p>
  <w:p w14:paraId="16CAE861" w14:textId="6BCE5FB3" w:rsidR="00591532" w:rsidRPr="00F865F7" w:rsidRDefault="00591532" w:rsidP="007970A2">
    <w:pPr>
      <w:spacing w:after="0" w:line="240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BD383" w14:textId="77777777" w:rsidR="007970A2" w:rsidRDefault="007970A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9487149">
    <w:abstractNumId w:val="8"/>
  </w:num>
  <w:num w:numId="2" w16cid:durableId="811754537">
    <w:abstractNumId w:val="6"/>
  </w:num>
  <w:num w:numId="3" w16cid:durableId="162673651">
    <w:abstractNumId w:val="5"/>
  </w:num>
  <w:num w:numId="4" w16cid:durableId="769356948">
    <w:abstractNumId w:val="4"/>
  </w:num>
  <w:num w:numId="5" w16cid:durableId="1955137987">
    <w:abstractNumId w:val="7"/>
  </w:num>
  <w:num w:numId="6" w16cid:durableId="1932736346">
    <w:abstractNumId w:val="3"/>
  </w:num>
  <w:num w:numId="7" w16cid:durableId="1118178915">
    <w:abstractNumId w:val="2"/>
  </w:num>
  <w:num w:numId="8" w16cid:durableId="878665620">
    <w:abstractNumId w:val="1"/>
  </w:num>
  <w:num w:numId="9" w16cid:durableId="1210646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70505"/>
    <w:rsid w:val="0029639D"/>
    <w:rsid w:val="00326F90"/>
    <w:rsid w:val="00591532"/>
    <w:rsid w:val="005B1EBB"/>
    <w:rsid w:val="006141A0"/>
    <w:rsid w:val="007970A2"/>
    <w:rsid w:val="008A1820"/>
    <w:rsid w:val="00984EBD"/>
    <w:rsid w:val="00AA1D8D"/>
    <w:rsid w:val="00B47730"/>
    <w:rsid w:val="00C17131"/>
    <w:rsid w:val="00CB0664"/>
    <w:rsid w:val="00E31EF7"/>
    <w:rsid w:val="00F53626"/>
    <w:rsid w:val="00F865F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DE6AE4"/>
  <w14:defaultImageDpi w14:val="300"/>
  <w15:docId w15:val="{8790AA33-42D1-4E4F-A150-AE0391C99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napToGrid w:val="0"/>
      <w:spacing w:after="100" w:line="280" w:lineRule="exact"/>
    </w:pPr>
    <w:rPr>
      <w:rFonts w:ascii="Malgun Gothic" w:eastAsia="Malgun Gothic" w:hAnsi="Malgun Gothic"/>
      <w:color w:val="000000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160" w:line="276" w:lineRule="auto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80" w:line="276" w:lineRule="auto"/>
      <w:outlineLvl w:val="1"/>
    </w:pPr>
    <w:rPr>
      <w:rFonts w:asciiTheme="majorHAnsi" w:eastAsiaTheme="majorEastAsia" w:hAnsiTheme="majorHAnsi" w:cstheme="majorBidi"/>
      <w:b/>
      <w:bCs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napToGrid w:val="0"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line="276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76" w:lineRule="auto"/>
    </w:pPr>
    <w:rPr>
      <w:rFonts w:asciiTheme="majorHAnsi" w:eastAsiaTheme="majorEastAsia" w:hAnsiTheme="majorHAnsi" w:cstheme="majorBidi"/>
      <w:iCs/>
      <w:spacing w:val="15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napToGrid w:val="0"/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863</Words>
  <Characters>2125</Characters>
  <Application>Microsoft Office Word</Application>
  <DocSecurity>0</DocSecurity>
  <Lines>193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문아트그라운드 뮤지엄 학예사 채용 지원서</vt:lpstr>
    </vt:vector>
  </TitlesOfParts>
  <Manager/>
  <Company/>
  <LinksUpToDate>false</LinksUpToDate>
  <CharactersWithSpaces>2846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문아트그라운드 뮤지엄 학예사 채용 지원서</dc:title>
  <dc:subject>2027년 학예사 채용 지원서와 자기소개서 및 개인정보 수집 이용 동의서</dc:subject>
  <dc:creator>문아트그라운드 뮤지엄</dc:creator>
  <cp:keywords>학예사, 채용, 지원서, 문아트그라운드</cp:keywords>
  <dc:description/>
  <cp:lastModifiedBy>Sol Song</cp:lastModifiedBy>
  <cp:revision>4</cp:revision>
  <dcterms:created xsi:type="dcterms:W3CDTF">2013-12-23T23:15:00Z</dcterms:created>
  <dcterms:modified xsi:type="dcterms:W3CDTF">2026-10-31T08:21:00Z</dcterms:modified>
  <cp:category/>
</cp:coreProperties>
</file>